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A270B6" w14:textId="77777777" w:rsidR="00C677B7" w:rsidRPr="00A86679" w:rsidRDefault="0066049F">
      <w:pPr>
        <w:jc w:val="center"/>
        <w:rPr>
          <w:rFonts w:ascii="Arial" w:hAnsi="Arial" w:cs="Arial"/>
          <w:sz w:val="24"/>
          <w:szCs w:val="24"/>
        </w:rPr>
      </w:pPr>
      <w:r w:rsidRPr="00A86679">
        <w:rPr>
          <w:rFonts w:ascii="Arial" w:hAnsi="Arial" w:cs="Arial"/>
          <w:b/>
          <w:sz w:val="24"/>
          <w:szCs w:val="24"/>
        </w:rPr>
        <w:t>Burrell College of Health Sciences</w:t>
      </w:r>
      <w:r w:rsidRPr="00A86679">
        <w:rPr>
          <w:rFonts w:ascii="Arial" w:hAnsi="Arial" w:cs="Arial"/>
          <w:b/>
          <w:sz w:val="24"/>
          <w:szCs w:val="24"/>
        </w:rPr>
        <w:br/>
        <w:t>Assent Form Template for Research Participants</w:t>
      </w:r>
    </w:p>
    <w:p w14:paraId="1BCACF22" w14:textId="59E260E8" w:rsidR="00C677B7" w:rsidRPr="00A86679" w:rsidRDefault="0066049F">
      <w:pPr>
        <w:rPr>
          <w:rFonts w:ascii="Arial" w:hAnsi="Arial" w:cs="Arial"/>
          <w:bCs/>
          <w:sz w:val="24"/>
          <w:szCs w:val="24"/>
        </w:rPr>
      </w:pPr>
      <w:r w:rsidRPr="00A86679">
        <w:rPr>
          <w:rFonts w:ascii="Arial" w:hAnsi="Arial" w:cs="Arial"/>
          <w:bCs/>
          <w:sz w:val="24"/>
          <w:szCs w:val="24"/>
        </w:rPr>
        <w:t xml:space="preserve">Principal Investigator: </w:t>
      </w:r>
      <w:r w:rsidRPr="00A86679">
        <w:rPr>
          <w:rFonts w:ascii="Arial" w:hAnsi="Arial" w:cs="Arial"/>
          <w:bCs/>
          <w:sz w:val="24"/>
          <w:szCs w:val="24"/>
        </w:rPr>
        <w:br/>
        <w:t xml:space="preserve">Department: </w:t>
      </w:r>
      <w:r w:rsidRPr="00A86679">
        <w:rPr>
          <w:rFonts w:ascii="Arial" w:hAnsi="Arial" w:cs="Arial"/>
          <w:bCs/>
          <w:sz w:val="24"/>
          <w:szCs w:val="24"/>
        </w:rPr>
        <w:br/>
        <w:t xml:space="preserve">Study Title: </w:t>
      </w:r>
    </w:p>
    <w:p w14:paraId="4E791D19" w14:textId="77777777" w:rsidR="00C677B7" w:rsidRPr="00A86679" w:rsidRDefault="0066049F">
      <w:pPr>
        <w:pStyle w:val="Heading1"/>
        <w:rPr>
          <w:rFonts w:ascii="Arial" w:hAnsi="Arial" w:cs="Arial"/>
          <w:color w:val="auto"/>
          <w:sz w:val="24"/>
          <w:szCs w:val="24"/>
        </w:rPr>
      </w:pPr>
      <w:r w:rsidRPr="00A86679">
        <w:rPr>
          <w:rFonts w:ascii="Arial" w:hAnsi="Arial" w:cs="Arial"/>
          <w:color w:val="auto"/>
          <w:sz w:val="24"/>
          <w:szCs w:val="24"/>
        </w:rPr>
        <w:t>About This Study</w:t>
      </w:r>
    </w:p>
    <w:p w14:paraId="175E2871" w14:textId="77777777" w:rsidR="00C677B7" w:rsidRPr="00A86679" w:rsidRDefault="0066049F">
      <w:pPr>
        <w:rPr>
          <w:rFonts w:ascii="Arial" w:hAnsi="Arial" w:cs="Arial"/>
        </w:rPr>
      </w:pPr>
      <w:r w:rsidRPr="00A86679">
        <w:rPr>
          <w:rFonts w:ascii="Arial" w:hAnsi="Arial" w:cs="Arial"/>
        </w:rPr>
        <w:t>We are doing a research study at Burrell College of Health Sciences. We would like to tell you about the study so you can decide if you want to be in it.</w:t>
      </w:r>
    </w:p>
    <w:p w14:paraId="12424128" w14:textId="77777777" w:rsidR="00C677B7" w:rsidRPr="00A86679" w:rsidRDefault="0066049F">
      <w:pPr>
        <w:pStyle w:val="Heading1"/>
        <w:rPr>
          <w:rFonts w:ascii="Arial" w:hAnsi="Arial" w:cs="Arial"/>
          <w:color w:val="auto"/>
          <w:sz w:val="24"/>
          <w:szCs w:val="24"/>
        </w:rPr>
      </w:pPr>
      <w:r w:rsidRPr="00A86679">
        <w:rPr>
          <w:rFonts w:ascii="Arial" w:hAnsi="Arial" w:cs="Arial"/>
          <w:color w:val="auto"/>
          <w:sz w:val="24"/>
          <w:szCs w:val="24"/>
        </w:rPr>
        <w:t>Your Choice</w:t>
      </w:r>
    </w:p>
    <w:p w14:paraId="12CA67A9" w14:textId="77777777" w:rsidR="00C677B7" w:rsidRPr="00A86679" w:rsidRDefault="0066049F">
      <w:pPr>
        <w:rPr>
          <w:rFonts w:ascii="Arial" w:hAnsi="Arial" w:cs="Arial"/>
        </w:rPr>
      </w:pPr>
      <w:r w:rsidRPr="00A86679">
        <w:rPr>
          <w:rFonts w:ascii="Arial" w:hAnsi="Arial" w:cs="Arial"/>
        </w:rPr>
        <w:t>Being in this study is your choice. No one will be upset if you decide not to be in the study. If you join and later change your mind, you can stop at any time.</w:t>
      </w:r>
    </w:p>
    <w:p w14:paraId="79F786D9" w14:textId="77777777" w:rsidR="00C677B7" w:rsidRPr="00A86679" w:rsidRDefault="0066049F">
      <w:pPr>
        <w:pStyle w:val="Heading1"/>
        <w:rPr>
          <w:rFonts w:ascii="Arial" w:hAnsi="Arial" w:cs="Arial"/>
          <w:color w:val="auto"/>
          <w:sz w:val="24"/>
          <w:szCs w:val="24"/>
        </w:rPr>
      </w:pPr>
      <w:r w:rsidRPr="00A86679">
        <w:rPr>
          <w:rFonts w:ascii="Arial" w:hAnsi="Arial" w:cs="Arial"/>
          <w:color w:val="auto"/>
          <w:sz w:val="24"/>
          <w:szCs w:val="24"/>
        </w:rPr>
        <w:t>Purpose of the Study</w:t>
      </w:r>
    </w:p>
    <w:p w14:paraId="27FD2579" w14:textId="77777777" w:rsidR="00C677B7" w:rsidRPr="00A86679" w:rsidRDefault="0066049F">
      <w:pPr>
        <w:rPr>
          <w:rFonts w:ascii="Arial" w:hAnsi="Arial" w:cs="Arial"/>
        </w:rPr>
      </w:pPr>
      <w:r w:rsidRPr="00A86679">
        <w:rPr>
          <w:rFonts w:ascii="Arial" w:hAnsi="Arial" w:cs="Arial"/>
        </w:rPr>
        <w:t>In simple words, the purpose of this study is: [</w:t>
      </w:r>
      <w:r w:rsidRPr="007D0C00">
        <w:rPr>
          <w:rFonts w:ascii="Arial" w:hAnsi="Arial" w:cs="Arial"/>
          <w:highlight w:val="yellow"/>
        </w:rPr>
        <w:t>Describe purpose in age-appropriate language</w:t>
      </w:r>
      <w:r w:rsidRPr="00A86679">
        <w:rPr>
          <w:rFonts w:ascii="Arial" w:hAnsi="Arial" w:cs="Arial"/>
        </w:rPr>
        <w:t>].</w:t>
      </w:r>
    </w:p>
    <w:p w14:paraId="35936980" w14:textId="77777777" w:rsidR="00C677B7" w:rsidRPr="00A86679" w:rsidRDefault="0066049F">
      <w:pPr>
        <w:pStyle w:val="Heading1"/>
        <w:rPr>
          <w:rFonts w:ascii="Arial" w:hAnsi="Arial" w:cs="Arial"/>
          <w:color w:val="auto"/>
          <w:sz w:val="24"/>
          <w:szCs w:val="24"/>
        </w:rPr>
      </w:pPr>
      <w:r w:rsidRPr="00A86679">
        <w:rPr>
          <w:rFonts w:ascii="Arial" w:hAnsi="Arial" w:cs="Arial"/>
          <w:color w:val="auto"/>
          <w:sz w:val="24"/>
          <w:szCs w:val="24"/>
        </w:rPr>
        <w:t>Why Am I Being Asked?</w:t>
      </w:r>
    </w:p>
    <w:p w14:paraId="73432578" w14:textId="77777777" w:rsidR="00C677B7" w:rsidRPr="00A86679" w:rsidRDefault="0066049F">
      <w:pPr>
        <w:rPr>
          <w:rFonts w:ascii="Arial" w:hAnsi="Arial" w:cs="Arial"/>
        </w:rPr>
      </w:pPr>
      <w:r w:rsidRPr="00A86679">
        <w:rPr>
          <w:rFonts w:ascii="Arial" w:hAnsi="Arial" w:cs="Arial"/>
        </w:rPr>
        <w:t>You are being asked to be in this study because: [</w:t>
      </w:r>
      <w:r w:rsidRPr="007D0C00">
        <w:rPr>
          <w:rFonts w:ascii="Arial" w:hAnsi="Arial" w:cs="Arial"/>
          <w:highlight w:val="yellow"/>
        </w:rPr>
        <w:t>Describe eligibility</w:t>
      </w:r>
      <w:r w:rsidRPr="00A86679">
        <w:rPr>
          <w:rFonts w:ascii="Arial" w:hAnsi="Arial" w:cs="Arial"/>
        </w:rPr>
        <w:t>].</w:t>
      </w:r>
    </w:p>
    <w:p w14:paraId="720161DB" w14:textId="77777777" w:rsidR="00C677B7" w:rsidRPr="00A86679" w:rsidRDefault="0066049F">
      <w:pPr>
        <w:pStyle w:val="Heading1"/>
        <w:rPr>
          <w:rFonts w:ascii="Arial" w:hAnsi="Arial" w:cs="Arial"/>
          <w:color w:val="auto"/>
          <w:sz w:val="24"/>
          <w:szCs w:val="24"/>
        </w:rPr>
      </w:pPr>
      <w:r w:rsidRPr="00A86679">
        <w:rPr>
          <w:rFonts w:ascii="Arial" w:hAnsi="Arial" w:cs="Arial"/>
          <w:color w:val="auto"/>
          <w:sz w:val="24"/>
          <w:szCs w:val="24"/>
        </w:rPr>
        <w:t>How Many People Will Be in the Study?</w:t>
      </w:r>
    </w:p>
    <w:p w14:paraId="3A13F2BD" w14:textId="77777777" w:rsidR="00C677B7" w:rsidRPr="00A86679" w:rsidRDefault="0066049F">
      <w:pPr>
        <w:rPr>
          <w:rFonts w:ascii="Arial" w:hAnsi="Arial" w:cs="Arial"/>
        </w:rPr>
      </w:pPr>
      <w:r w:rsidRPr="00A86679">
        <w:rPr>
          <w:rFonts w:ascii="Arial" w:hAnsi="Arial" w:cs="Arial"/>
        </w:rPr>
        <w:t>About [</w:t>
      </w:r>
      <w:r w:rsidRPr="001E1391">
        <w:rPr>
          <w:rFonts w:ascii="Arial" w:hAnsi="Arial" w:cs="Arial"/>
          <w:highlight w:val="yellow"/>
        </w:rPr>
        <w:t>XXX</w:t>
      </w:r>
      <w:r w:rsidRPr="00A86679">
        <w:rPr>
          <w:rFonts w:ascii="Arial" w:hAnsi="Arial" w:cs="Arial"/>
        </w:rPr>
        <w:t>] people will take part in this study.</w:t>
      </w:r>
    </w:p>
    <w:p w14:paraId="2A5410F5" w14:textId="77777777" w:rsidR="00C677B7" w:rsidRPr="00A86679" w:rsidRDefault="0066049F">
      <w:pPr>
        <w:pStyle w:val="Heading1"/>
        <w:rPr>
          <w:rFonts w:ascii="Arial" w:hAnsi="Arial" w:cs="Arial"/>
          <w:color w:val="auto"/>
          <w:sz w:val="24"/>
          <w:szCs w:val="24"/>
        </w:rPr>
      </w:pPr>
      <w:r w:rsidRPr="00A86679">
        <w:rPr>
          <w:rFonts w:ascii="Arial" w:hAnsi="Arial" w:cs="Arial"/>
          <w:color w:val="auto"/>
          <w:sz w:val="24"/>
          <w:szCs w:val="24"/>
        </w:rPr>
        <w:t>What Will Happen If I Join?</w:t>
      </w:r>
    </w:p>
    <w:p w14:paraId="761B47BD" w14:textId="77777777" w:rsidR="00C677B7" w:rsidRPr="00A86679" w:rsidRDefault="0066049F">
      <w:pPr>
        <w:rPr>
          <w:rFonts w:ascii="Arial" w:hAnsi="Arial" w:cs="Arial"/>
        </w:rPr>
      </w:pPr>
      <w:r w:rsidRPr="00A86679">
        <w:rPr>
          <w:rFonts w:ascii="Arial" w:hAnsi="Arial" w:cs="Arial"/>
        </w:rPr>
        <w:t xml:space="preserve">If you join this study, you will be asked to: </w:t>
      </w:r>
      <w:r w:rsidRPr="00A86679">
        <w:rPr>
          <w:rFonts w:ascii="Arial" w:hAnsi="Arial" w:cs="Arial"/>
        </w:rPr>
        <w:br/>
      </w:r>
      <w:r w:rsidRPr="007D0C00">
        <w:rPr>
          <w:rFonts w:ascii="Arial" w:hAnsi="Arial" w:cs="Arial"/>
          <w:highlight w:val="yellow"/>
        </w:rPr>
        <w:t>• [Activity 1]</w:t>
      </w:r>
      <w:r w:rsidRPr="007D0C00">
        <w:rPr>
          <w:rFonts w:ascii="Arial" w:hAnsi="Arial" w:cs="Arial"/>
          <w:highlight w:val="yellow"/>
        </w:rPr>
        <w:br/>
        <w:t>• [Activity 2]</w:t>
      </w:r>
      <w:r w:rsidRPr="007D0C00">
        <w:rPr>
          <w:rFonts w:ascii="Arial" w:hAnsi="Arial" w:cs="Arial"/>
          <w:highlight w:val="yellow"/>
        </w:rPr>
        <w:br/>
        <w:t>• [Activity 3]</w:t>
      </w:r>
      <w:r w:rsidRPr="00A86679">
        <w:rPr>
          <w:rFonts w:ascii="Arial" w:hAnsi="Arial" w:cs="Arial"/>
        </w:rPr>
        <w:br/>
        <w:t xml:space="preserve">The study will last about </w:t>
      </w:r>
      <w:r w:rsidRPr="007D0C00">
        <w:rPr>
          <w:rFonts w:ascii="Arial" w:hAnsi="Arial" w:cs="Arial"/>
          <w:highlight w:val="yellow"/>
        </w:rPr>
        <w:t>[</w:t>
      </w:r>
      <w:proofErr w:type="gramStart"/>
      <w:r w:rsidRPr="007D0C00">
        <w:rPr>
          <w:rFonts w:ascii="Arial" w:hAnsi="Arial" w:cs="Arial"/>
          <w:highlight w:val="yellow"/>
        </w:rPr>
        <w:t>time period</w:t>
      </w:r>
      <w:proofErr w:type="gramEnd"/>
      <w:r w:rsidRPr="00A86679">
        <w:rPr>
          <w:rFonts w:ascii="Arial" w:hAnsi="Arial" w:cs="Arial"/>
        </w:rPr>
        <w:t>].</w:t>
      </w:r>
    </w:p>
    <w:p w14:paraId="0F9C1B78" w14:textId="77777777" w:rsidR="00C677B7" w:rsidRPr="00A86679" w:rsidRDefault="0066049F">
      <w:pPr>
        <w:pStyle w:val="Heading1"/>
        <w:rPr>
          <w:rFonts w:ascii="Arial" w:hAnsi="Arial" w:cs="Arial"/>
          <w:color w:val="auto"/>
          <w:sz w:val="24"/>
          <w:szCs w:val="24"/>
        </w:rPr>
      </w:pPr>
      <w:r w:rsidRPr="00A86679">
        <w:rPr>
          <w:rFonts w:ascii="Arial" w:hAnsi="Arial" w:cs="Arial"/>
          <w:color w:val="auto"/>
          <w:sz w:val="24"/>
          <w:szCs w:val="24"/>
        </w:rPr>
        <w:t>Could Anything Bad Happen?</w:t>
      </w:r>
    </w:p>
    <w:p w14:paraId="72D67D2B" w14:textId="77777777" w:rsidR="00C677B7" w:rsidRPr="00A86679" w:rsidRDefault="0066049F">
      <w:pPr>
        <w:rPr>
          <w:rFonts w:ascii="Arial" w:hAnsi="Arial" w:cs="Arial"/>
        </w:rPr>
      </w:pPr>
      <w:r w:rsidRPr="00A86679">
        <w:rPr>
          <w:rFonts w:ascii="Arial" w:hAnsi="Arial" w:cs="Arial"/>
        </w:rPr>
        <w:t>Some things may be uncomfortable or inconvenient. Risks may include: [</w:t>
      </w:r>
      <w:r w:rsidRPr="007D0C00">
        <w:rPr>
          <w:rFonts w:ascii="Arial" w:hAnsi="Arial" w:cs="Arial"/>
          <w:highlight w:val="yellow"/>
        </w:rPr>
        <w:t>Describe risks in wording appropriate to participant age</w:t>
      </w:r>
      <w:r w:rsidRPr="00A86679">
        <w:rPr>
          <w:rFonts w:ascii="Arial" w:hAnsi="Arial" w:cs="Arial"/>
        </w:rPr>
        <w:t>]. You may skip questions or stop if you do not want to continue.</w:t>
      </w:r>
    </w:p>
    <w:p w14:paraId="298CCBC4" w14:textId="77777777" w:rsidR="00C677B7" w:rsidRPr="00A86679" w:rsidRDefault="0066049F">
      <w:pPr>
        <w:pStyle w:val="Heading1"/>
        <w:rPr>
          <w:rFonts w:ascii="Arial" w:hAnsi="Arial" w:cs="Arial"/>
          <w:color w:val="auto"/>
          <w:sz w:val="24"/>
          <w:szCs w:val="24"/>
        </w:rPr>
      </w:pPr>
      <w:r w:rsidRPr="00A86679">
        <w:rPr>
          <w:rFonts w:ascii="Arial" w:hAnsi="Arial" w:cs="Arial"/>
          <w:color w:val="auto"/>
          <w:sz w:val="24"/>
          <w:szCs w:val="24"/>
        </w:rPr>
        <w:lastRenderedPageBreak/>
        <w:t>Could Anything Good Happen?</w:t>
      </w:r>
    </w:p>
    <w:p w14:paraId="1971DC79" w14:textId="77777777" w:rsidR="00C677B7" w:rsidRPr="00A86679" w:rsidRDefault="0066049F">
      <w:pPr>
        <w:rPr>
          <w:rFonts w:ascii="Arial" w:hAnsi="Arial" w:cs="Arial"/>
        </w:rPr>
      </w:pPr>
      <w:r w:rsidRPr="00A86679">
        <w:rPr>
          <w:rFonts w:ascii="Arial" w:hAnsi="Arial" w:cs="Arial"/>
        </w:rPr>
        <w:t>You may or may not benefit from being in this study. What we learn may help other people in the future.</w:t>
      </w:r>
    </w:p>
    <w:p w14:paraId="4023BF43" w14:textId="77777777" w:rsidR="00C677B7" w:rsidRPr="00A86679" w:rsidRDefault="0066049F">
      <w:pPr>
        <w:pStyle w:val="Heading1"/>
        <w:rPr>
          <w:rFonts w:ascii="Arial" w:hAnsi="Arial" w:cs="Arial"/>
          <w:color w:val="auto"/>
          <w:sz w:val="24"/>
          <w:szCs w:val="24"/>
        </w:rPr>
      </w:pPr>
      <w:r w:rsidRPr="00A86679">
        <w:rPr>
          <w:rFonts w:ascii="Arial" w:hAnsi="Arial" w:cs="Arial"/>
          <w:color w:val="auto"/>
          <w:sz w:val="24"/>
          <w:szCs w:val="24"/>
        </w:rPr>
        <w:t>Privacy</w:t>
      </w:r>
    </w:p>
    <w:p w14:paraId="366D34BF" w14:textId="77777777" w:rsidR="00C677B7" w:rsidRPr="00A86679" w:rsidRDefault="0066049F">
      <w:pPr>
        <w:rPr>
          <w:rFonts w:ascii="Arial" w:hAnsi="Arial" w:cs="Arial"/>
        </w:rPr>
      </w:pPr>
      <w:r w:rsidRPr="00A86679">
        <w:rPr>
          <w:rFonts w:ascii="Arial" w:hAnsi="Arial" w:cs="Arial"/>
        </w:rPr>
        <w:t>We will do our best to keep your information private. Your name will not be used in reports unless required by law or explained to you and your parent/guardian.</w:t>
      </w:r>
    </w:p>
    <w:p w14:paraId="168D6133" w14:textId="77777777" w:rsidR="00C677B7" w:rsidRPr="00A86679" w:rsidRDefault="0066049F">
      <w:pPr>
        <w:pStyle w:val="Heading1"/>
        <w:rPr>
          <w:rFonts w:ascii="Arial" w:hAnsi="Arial" w:cs="Arial"/>
          <w:color w:val="auto"/>
          <w:sz w:val="24"/>
          <w:szCs w:val="24"/>
        </w:rPr>
      </w:pPr>
      <w:r w:rsidRPr="00A86679">
        <w:rPr>
          <w:rFonts w:ascii="Arial" w:hAnsi="Arial" w:cs="Arial"/>
          <w:color w:val="auto"/>
          <w:sz w:val="24"/>
          <w:szCs w:val="24"/>
        </w:rPr>
        <w:t>Questions</w:t>
      </w:r>
    </w:p>
    <w:p w14:paraId="48D6A4E3" w14:textId="77777777" w:rsidR="00C677B7" w:rsidRPr="00A86679" w:rsidRDefault="0066049F">
      <w:pPr>
        <w:rPr>
          <w:rFonts w:ascii="Arial" w:hAnsi="Arial" w:cs="Arial"/>
        </w:rPr>
      </w:pPr>
      <w:r w:rsidRPr="00A86679">
        <w:rPr>
          <w:rFonts w:ascii="Arial" w:hAnsi="Arial" w:cs="Arial"/>
        </w:rPr>
        <w:t>You may ask questions at any time. Please talk with the researcher, your parent/guardian, or another trusted adult if something is unclear.</w:t>
      </w:r>
    </w:p>
    <w:p w14:paraId="6D807D9E" w14:textId="77777777" w:rsidR="00C677B7" w:rsidRPr="00A86679" w:rsidRDefault="0066049F">
      <w:pPr>
        <w:pStyle w:val="Heading1"/>
        <w:rPr>
          <w:rFonts w:ascii="Arial" w:hAnsi="Arial" w:cs="Arial"/>
          <w:color w:val="auto"/>
          <w:sz w:val="24"/>
          <w:szCs w:val="24"/>
        </w:rPr>
      </w:pPr>
      <w:r w:rsidRPr="00A86679">
        <w:rPr>
          <w:rFonts w:ascii="Arial" w:hAnsi="Arial" w:cs="Arial"/>
          <w:color w:val="auto"/>
          <w:sz w:val="24"/>
          <w:szCs w:val="24"/>
        </w:rPr>
        <w:t>Agreement</w:t>
      </w:r>
    </w:p>
    <w:p w14:paraId="755FF87A" w14:textId="77777777" w:rsidR="00C677B7" w:rsidRPr="00A86679" w:rsidRDefault="0066049F">
      <w:pPr>
        <w:rPr>
          <w:rFonts w:ascii="Arial" w:hAnsi="Arial" w:cs="Arial"/>
        </w:rPr>
      </w:pPr>
      <w:r w:rsidRPr="00A86679">
        <w:rPr>
          <w:rFonts w:ascii="Arial" w:hAnsi="Arial" w:cs="Arial"/>
        </w:rPr>
        <w:t>Please check one box:</w:t>
      </w:r>
    </w:p>
    <w:p w14:paraId="7DCC57AD" w14:textId="77777777" w:rsidR="00C677B7" w:rsidRDefault="0066049F">
      <w:pPr>
        <w:rPr>
          <w:rFonts w:ascii="Arial" w:hAnsi="Arial" w:cs="Arial"/>
        </w:rPr>
      </w:pPr>
      <w:r w:rsidRPr="00A86679">
        <w:rPr>
          <w:rFonts w:ascii="Arial" w:hAnsi="Arial" w:cs="Arial"/>
        </w:rPr>
        <w:t>□ YES, I want to be in this study.</w:t>
      </w:r>
      <w:r w:rsidRPr="00A86679">
        <w:rPr>
          <w:rFonts w:ascii="Arial" w:hAnsi="Arial" w:cs="Arial"/>
        </w:rPr>
        <w:br/>
        <w:t>□ NO, I do not want to be in this study.</w:t>
      </w:r>
    </w:p>
    <w:p w14:paraId="46C5D95F" w14:textId="77777777" w:rsidR="007D0C00" w:rsidRPr="00A86679" w:rsidRDefault="007D0C00">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5"/>
        <w:gridCol w:w="2165"/>
      </w:tblGrid>
      <w:tr w:rsidR="001E1391" w:rsidRPr="00A86679" w14:paraId="3622200E" w14:textId="77777777" w:rsidTr="001E1391">
        <w:trPr>
          <w:trHeight w:val="287"/>
        </w:trPr>
        <w:tc>
          <w:tcPr>
            <w:tcW w:w="5485" w:type="dxa"/>
            <w:tcBorders>
              <w:right w:val="nil"/>
            </w:tcBorders>
          </w:tcPr>
          <w:p w14:paraId="320741D2" w14:textId="77777777" w:rsidR="001E1391" w:rsidRDefault="001E1391" w:rsidP="007D0C00">
            <w:pPr>
              <w:rPr>
                <w:rFonts w:ascii="Arial" w:hAnsi="Arial" w:cs="Arial"/>
              </w:rPr>
            </w:pPr>
            <w:r w:rsidRPr="00A86679">
              <w:rPr>
                <w:rFonts w:ascii="Arial" w:hAnsi="Arial" w:cs="Arial"/>
              </w:rPr>
              <w:t>Participant Name (Printed)</w:t>
            </w:r>
          </w:p>
          <w:p w14:paraId="234C95B0" w14:textId="2F30FADD" w:rsidR="001E1391" w:rsidRPr="00A86679" w:rsidRDefault="001E1391" w:rsidP="007D0C00">
            <w:pPr>
              <w:rPr>
                <w:rFonts w:ascii="Arial" w:hAnsi="Arial" w:cs="Arial"/>
              </w:rPr>
            </w:pPr>
          </w:p>
        </w:tc>
        <w:tc>
          <w:tcPr>
            <w:tcW w:w="2165" w:type="dxa"/>
            <w:tcBorders>
              <w:left w:val="nil"/>
            </w:tcBorders>
          </w:tcPr>
          <w:p w14:paraId="4C1754EF" w14:textId="5615012B" w:rsidR="001E1391" w:rsidRPr="00A86679" w:rsidRDefault="001E1391">
            <w:pPr>
              <w:rPr>
                <w:rFonts w:ascii="Arial" w:hAnsi="Arial" w:cs="Arial"/>
              </w:rPr>
            </w:pPr>
          </w:p>
        </w:tc>
      </w:tr>
      <w:tr w:rsidR="001E1391" w:rsidRPr="00A86679" w14:paraId="0449DD63" w14:textId="77777777" w:rsidTr="001E1391">
        <w:tc>
          <w:tcPr>
            <w:tcW w:w="5485" w:type="dxa"/>
            <w:tcBorders>
              <w:bottom w:val="single" w:sz="4" w:space="0" w:color="auto"/>
            </w:tcBorders>
          </w:tcPr>
          <w:p w14:paraId="2E23AC63" w14:textId="77777777" w:rsidR="001E1391" w:rsidRDefault="001E1391" w:rsidP="001E1391">
            <w:pPr>
              <w:rPr>
                <w:rFonts w:ascii="Arial" w:hAnsi="Arial" w:cs="Arial"/>
              </w:rPr>
            </w:pPr>
            <w:r w:rsidRPr="00A86679">
              <w:rPr>
                <w:rFonts w:ascii="Arial" w:hAnsi="Arial" w:cs="Arial"/>
              </w:rPr>
              <w:t>Participant Signature</w:t>
            </w:r>
          </w:p>
          <w:p w14:paraId="56347AA6" w14:textId="1995494D" w:rsidR="001E1391" w:rsidRPr="00A86679" w:rsidRDefault="001E1391" w:rsidP="001E1391">
            <w:pPr>
              <w:rPr>
                <w:rFonts w:ascii="Arial" w:hAnsi="Arial" w:cs="Arial"/>
              </w:rPr>
            </w:pPr>
          </w:p>
        </w:tc>
        <w:tc>
          <w:tcPr>
            <w:tcW w:w="2165" w:type="dxa"/>
            <w:tcBorders>
              <w:bottom w:val="single" w:sz="4" w:space="0" w:color="auto"/>
            </w:tcBorders>
          </w:tcPr>
          <w:p w14:paraId="365209AC" w14:textId="52440197" w:rsidR="001E1391" w:rsidRPr="00A86679" w:rsidRDefault="001E1391">
            <w:pPr>
              <w:rPr>
                <w:rFonts w:ascii="Arial" w:hAnsi="Arial" w:cs="Arial"/>
              </w:rPr>
            </w:pPr>
            <w:r w:rsidRPr="00A86679">
              <w:rPr>
                <w:rFonts w:ascii="Arial" w:hAnsi="Arial" w:cs="Arial"/>
              </w:rPr>
              <w:t>Date</w:t>
            </w:r>
          </w:p>
        </w:tc>
      </w:tr>
      <w:tr w:rsidR="001E1391" w:rsidRPr="00A86679" w14:paraId="309758BB" w14:textId="77777777" w:rsidTr="001E1391">
        <w:tc>
          <w:tcPr>
            <w:tcW w:w="5485" w:type="dxa"/>
            <w:tcBorders>
              <w:right w:val="nil"/>
            </w:tcBorders>
          </w:tcPr>
          <w:p w14:paraId="74660D2D" w14:textId="77777777" w:rsidR="001E1391" w:rsidRDefault="001E1391" w:rsidP="00A86679">
            <w:pPr>
              <w:rPr>
                <w:rFonts w:ascii="Arial" w:hAnsi="Arial" w:cs="Arial"/>
              </w:rPr>
            </w:pPr>
            <w:r w:rsidRPr="00A86679">
              <w:rPr>
                <w:rFonts w:ascii="Arial" w:hAnsi="Arial" w:cs="Arial"/>
              </w:rPr>
              <w:t>Person Obtaining Assent (Printed)</w:t>
            </w:r>
          </w:p>
          <w:p w14:paraId="20BEC089" w14:textId="19BFB71E" w:rsidR="001E1391" w:rsidRPr="00A86679" w:rsidRDefault="001E1391" w:rsidP="00A86679">
            <w:pPr>
              <w:rPr>
                <w:rFonts w:ascii="Arial" w:hAnsi="Arial" w:cs="Arial"/>
              </w:rPr>
            </w:pPr>
          </w:p>
        </w:tc>
        <w:tc>
          <w:tcPr>
            <w:tcW w:w="2165" w:type="dxa"/>
            <w:tcBorders>
              <w:left w:val="nil"/>
            </w:tcBorders>
          </w:tcPr>
          <w:p w14:paraId="50ED09A1" w14:textId="48D7FBD9" w:rsidR="001E1391" w:rsidRPr="00A86679" w:rsidRDefault="001E1391">
            <w:pPr>
              <w:rPr>
                <w:rFonts w:ascii="Arial" w:hAnsi="Arial" w:cs="Arial"/>
              </w:rPr>
            </w:pPr>
          </w:p>
        </w:tc>
      </w:tr>
      <w:tr w:rsidR="001E1391" w:rsidRPr="00A86679" w14:paraId="72E54CFA" w14:textId="77777777" w:rsidTr="001E1391">
        <w:tc>
          <w:tcPr>
            <w:tcW w:w="5485" w:type="dxa"/>
          </w:tcPr>
          <w:p w14:paraId="4E8BAA59" w14:textId="77777777" w:rsidR="001E1391" w:rsidRDefault="001E1391">
            <w:pPr>
              <w:rPr>
                <w:rFonts w:ascii="Arial" w:hAnsi="Arial" w:cs="Arial"/>
              </w:rPr>
            </w:pPr>
            <w:r w:rsidRPr="00A86679">
              <w:rPr>
                <w:rFonts w:ascii="Arial" w:hAnsi="Arial" w:cs="Arial"/>
              </w:rPr>
              <w:t>Signature of Person Obtaining Assent</w:t>
            </w:r>
          </w:p>
          <w:p w14:paraId="3933BF59" w14:textId="77777777" w:rsidR="001E1391" w:rsidRPr="00A86679" w:rsidRDefault="001E1391">
            <w:pPr>
              <w:rPr>
                <w:rFonts w:ascii="Arial" w:hAnsi="Arial" w:cs="Arial"/>
              </w:rPr>
            </w:pPr>
          </w:p>
        </w:tc>
        <w:tc>
          <w:tcPr>
            <w:tcW w:w="2165" w:type="dxa"/>
          </w:tcPr>
          <w:p w14:paraId="114082C4" w14:textId="6BD2F376" w:rsidR="001E1391" w:rsidRPr="00A86679" w:rsidRDefault="001E1391">
            <w:pPr>
              <w:rPr>
                <w:rFonts w:ascii="Arial" w:hAnsi="Arial" w:cs="Arial"/>
              </w:rPr>
            </w:pPr>
            <w:r w:rsidRPr="00A86679">
              <w:rPr>
                <w:rFonts w:ascii="Arial" w:hAnsi="Arial" w:cs="Arial"/>
              </w:rPr>
              <w:t>Date</w:t>
            </w:r>
          </w:p>
        </w:tc>
      </w:tr>
    </w:tbl>
    <w:p w14:paraId="61C7005D" w14:textId="77777777" w:rsidR="0066049F" w:rsidRPr="00A86679" w:rsidRDefault="0066049F">
      <w:pPr>
        <w:rPr>
          <w:rFonts w:ascii="Arial" w:hAnsi="Arial" w:cs="Arial"/>
        </w:rPr>
      </w:pPr>
    </w:p>
    <w:sectPr w:rsidR="0066049F" w:rsidRPr="00A86679"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38631868">
    <w:abstractNumId w:val="8"/>
  </w:num>
  <w:num w:numId="2" w16cid:durableId="597560505">
    <w:abstractNumId w:val="6"/>
  </w:num>
  <w:num w:numId="3" w16cid:durableId="1781949124">
    <w:abstractNumId w:val="5"/>
  </w:num>
  <w:num w:numId="4" w16cid:durableId="263391102">
    <w:abstractNumId w:val="4"/>
  </w:num>
  <w:num w:numId="5" w16cid:durableId="447092885">
    <w:abstractNumId w:val="7"/>
  </w:num>
  <w:num w:numId="6" w16cid:durableId="499084406">
    <w:abstractNumId w:val="3"/>
  </w:num>
  <w:num w:numId="7" w16cid:durableId="978730751">
    <w:abstractNumId w:val="2"/>
  </w:num>
  <w:num w:numId="8" w16cid:durableId="1183588286">
    <w:abstractNumId w:val="1"/>
  </w:num>
  <w:num w:numId="9" w16cid:durableId="17247133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C6B37"/>
    <w:rsid w:val="001E1391"/>
    <w:rsid w:val="0029639D"/>
    <w:rsid w:val="00326F90"/>
    <w:rsid w:val="0050081A"/>
    <w:rsid w:val="0066049F"/>
    <w:rsid w:val="007D0C00"/>
    <w:rsid w:val="00A86679"/>
    <w:rsid w:val="00AA1D8D"/>
    <w:rsid w:val="00B47730"/>
    <w:rsid w:val="00C677B7"/>
    <w:rsid w:val="00CB0664"/>
    <w:rsid w:val="00EA1974"/>
    <w:rsid w:val="00F02D4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4696620"/>
  <w14:defaultImageDpi w14:val="300"/>
  <w15:docId w15:val="{2D3892A4-245C-467E-8424-796BC4C2A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2</Pages>
  <Words>277</Words>
  <Characters>1580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1854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Marisa Marioni</dc:creator>
  <cp:keywords/>
  <dc:description>generated by python-docx</dc:description>
  <cp:lastModifiedBy>Marisa Marioni</cp:lastModifiedBy>
  <cp:revision>4</cp:revision>
  <dcterms:created xsi:type="dcterms:W3CDTF">2026-07-13T15:29:00Z</dcterms:created>
  <dcterms:modified xsi:type="dcterms:W3CDTF">2026-07-20T16:23:00Z</dcterms:modified>
  <cp:category/>
</cp:coreProperties>
</file>